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8EC85" w14:textId="77777777" w:rsidR="00415F7D" w:rsidRDefault="00451177">
      <w:pPr>
        <w:spacing w:after="60" w:line="240" w:lineRule="auto"/>
        <w:jc w:val="center"/>
      </w:pPr>
      <w:r>
        <w:rPr>
          <w:noProof/>
        </w:rPr>
        <w:drawing>
          <wp:inline distT="0" distB="0" distL="0" distR="0" wp14:anchorId="5B8D7B72" wp14:editId="5DC5BBD9">
            <wp:extent cx="868680" cy="8686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69863" w14:textId="77777777" w:rsidR="00415F7D" w:rsidRPr="00D00D73" w:rsidRDefault="00451177">
      <w:pPr>
        <w:spacing w:after="20" w:line="240" w:lineRule="auto"/>
        <w:jc w:val="center"/>
        <w:rPr>
          <w:sz w:val="24"/>
          <w:szCs w:val="24"/>
        </w:rPr>
      </w:pPr>
      <w:r w:rsidRPr="00D00D73">
        <w:rPr>
          <w:b/>
          <w:color w:val="1F497D"/>
          <w:sz w:val="24"/>
          <w:szCs w:val="24"/>
        </w:rPr>
        <w:t>AUSTRALIAN SOCIETY OF PODIATRIC</w:t>
      </w:r>
    </w:p>
    <w:p w14:paraId="59C0E15C" w14:textId="63DF2703" w:rsidR="00415F7D" w:rsidRPr="00D00D73" w:rsidRDefault="00451177">
      <w:pPr>
        <w:spacing w:after="20" w:line="240" w:lineRule="auto"/>
        <w:jc w:val="center"/>
        <w:rPr>
          <w:sz w:val="24"/>
          <w:szCs w:val="24"/>
        </w:rPr>
      </w:pPr>
      <w:r w:rsidRPr="00D00D73">
        <w:rPr>
          <w:b/>
          <w:color w:val="1F497D"/>
          <w:sz w:val="24"/>
          <w:szCs w:val="24"/>
        </w:rPr>
        <w:t>MEDICINE AND SURGERY</w:t>
      </w:r>
    </w:p>
    <w:p w14:paraId="579266A1" w14:textId="77777777" w:rsidR="00415F7D" w:rsidRPr="00D00D73" w:rsidRDefault="00451177">
      <w:pPr>
        <w:spacing w:before="40" w:after="40" w:line="240" w:lineRule="auto"/>
        <w:jc w:val="center"/>
        <w:rPr>
          <w:sz w:val="18"/>
          <w:szCs w:val="18"/>
        </w:rPr>
      </w:pPr>
      <w:r w:rsidRPr="00D00D73">
        <w:rPr>
          <w:b/>
          <w:color w:val="1F497D"/>
          <w:sz w:val="40"/>
          <w:szCs w:val="18"/>
        </w:rPr>
        <w:t>MEMBERSHIP APPLICATION FORM</w:t>
      </w:r>
    </w:p>
    <w:p w14:paraId="26781105" w14:textId="69ADFADB" w:rsidR="00415F7D" w:rsidRPr="00EA26EC" w:rsidRDefault="00415F7D">
      <w:pPr>
        <w:spacing w:after="160" w:line="240" w:lineRule="auto"/>
        <w:jc w:val="center"/>
        <w:rPr>
          <w:sz w:val="12"/>
          <w:szCs w:val="1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415F7D" w14:paraId="7ACD1624" w14:textId="77777777">
        <w:trPr>
          <w:jc w:val="center"/>
        </w:trPr>
        <w:tc>
          <w:tcPr>
            <w:tcW w:w="9864" w:type="dxa"/>
            <w:shd w:val="clear" w:color="auto" w:fill="EDEFF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31C12F" w14:textId="48E2938C" w:rsidR="00415F7D" w:rsidRDefault="00451177">
            <w:pPr>
              <w:spacing w:after="0" w:line="240" w:lineRule="auto"/>
            </w:pPr>
            <w:r>
              <w:rPr>
                <w:color w:val="333333"/>
                <w:sz w:val="20"/>
              </w:rPr>
              <w:t>This form is intended to confirm basic eligibility for membership. Society membership does not confer statutory specialist registration, endorsement or authority to practi</w:t>
            </w:r>
            <w:r w:rsidR="00E94110">
              <w:rPr>
                <w:color w:val="333333"/>
                <w:sz w:val="20"/>
              </w:rPr>
              <w:t>c</w:t>
            </w:r>
            <w:r>
              <w:rPr>
                <w:color w:val="333333"/>
                <w:sz w:val="20"/>
              </w:rPr>
              <w:t>e.</w:t>
            </w:r>
          </w:p>
        </w:tc>
      </w:tr>
    </w:tbl>
    <w:p w14:paraId="28D75CC3" w14:textId="77777777" w:rsidR="00415F7D" w:rsidRDefault="00451177">
      <w:pPr>
        <w:spacing w:before="100" w:after="60" w:line="240" w:lineRule="auto"/>
      </w:pPr>
      <w:r>
        <w:rPr>
          <w:b/>
          <w:color w:val="1F497D"/>
          <w:sz w:val="28"/>
        </w:rPr>
        <w:t>1. MEMBERSHIP CATEGORY</w:t>
      </w:r>
    </w:p>
    <w:p w14:paraId="0F980565" w14:textId="77777777" w:rsidR="00EA26EC" w:rsidRPr="00EA26EC" w:rsidRDefault="00EA26EC" w:rsidP="00EA26EC">
      <w:pPr>
        <w:spacing w:after="20" w:line="240" w:lineRule="auto"/>
        <w:rPr>
          <w:color w:val="000000"/>
          <w:sz w:val="12"/>
          <w:szCs w:val="12"/>
        </w:rPr>
      </w:pPr>
    </w:p>
    <w:p w14:paraId="690E7E14" w14:textId="31511B7B" w:rsidR="00415F7D" w:rsidRDefault="00451177" w:rsidP="00EA26EC">
      <w:pPr>
        <w:spacing w:after="20" w:line="240" w:lineRule="auto"/>
        <w:rPr>
          <w:color w:val="333333"/>
        </w:rPr>
      </w:pPr>
      <w:r>
        <w:rPr>
          <w:color w:val="000000"/>
        </w:rPr>
        <w:t xml:space="preserve">☐ </w:t>
      </w:r>
      <w:r>
        <w:rPr>
          <w:color w:val="333333"/>
        </w:rPr>
        <w:t xml:space="preserve">Full Member — </w:t>
      </w:r>
      <w:r w:rsidR="00EE47B4" w:rsidRPr="00EE47B4">
        <w:rPr>
          <w:color w:val="333333"/>
        </w:rPr>
        <w:t>For practitioners holding current Australian specialist registration in podiatric surgery</w:t>
      </w:r>
      <w:r w:rsidR="009233B8">
        <w:rPr>
          <w:color w:val="333333"/>
        </w:rPr>
        <w:t xml:space="preserve">, general registration as a podiatrist and </w:t>
      </w:r>
      <w:r w:rsidR="00EE47B4" w:rsidRPr="00EE47B4">
        <w:rPr>
          <w:color w:val="333333"/>
        </w:rPr>
        <w:t>trainees</w:t>
      </w:r>
      <w:r w:rsidR="009233B8">
        <w:rPr>
          <w:color w:val="333333"/>
        </w:rPr>
        <w:t xml:space="preserve"> of podiatry and podiatric surgery</w:t>
      </w:r>
      <w:r>
        <w:rPr>
          <w:color w:val="333333"/>
        </w:rPr>
        <w:t xml:space="preserve">. </w:t>
      </w:r>
      <w:r w:rsidRPr="00D00D73">
        <w:rPr>
          <w:i/>
          <w:iCs/>
          <w:color w:val="333333"/>
        </w:rPr>
        <w:t>Voting membership</w:t>
      </w:r>
      <w:r>
        <w:rPr>
          <w:color w:val="333333"/>
        </w:rPr>
        <w:t>.</w:t>
      </w:r>
    </w:p>
    <w:p w14:paraId="403F3814" w14:textId="77777777" w:rsidR="00EA26EC" w:rsidRPr="00EA26EC" w:rsidRDefault="00EA26EC" w:rsidP="00EA26EC">
      <w:pPr>
        <w:spacing w:after="20" w:line="240" w:lineRule="auto"/>
        <w:rPr>
          <w:sz w:val="12"/>
          <w:szCs w:val="12"/>
        </w:rPr>
      </w:pPr>
    </w:p>
    <w:p w14:paraId="6C07ABEA" w14:textId="0608E352" w:rsidR="00415F7D" w:rsidRDefault="00451177" w:rsidP="00EA26EC">
      <w:pPr>
        <w:spacing w:after="20" w:line="240" w:lineRule="auto"/>
      </w:pPr>
      <w:r>
        <w:rPr>
          <w:color w:val="000000"/>
        </w:rPr>
        <w:t xml:space="preserve">☐ </w:t>
      </w:r>
      <w:r>
        <w:rPr>
          <w:color w:val="333333"/>
        </w:rPr>
        <w:t xml:space="preserve">Associate Member </w:t>
      </w:r>
      <w:proofErr w:type="gramStart"/>
      <w:r>
        <w:rPr>
          <w:color w:val="333333"/>
        </w:rPr>
        <w:t xml:space="preserve">—  </w:t>
      </w:r>
      <w:r w:rsidR="00712877" w:rsidRPr="00712877">
        <w:rPr>
          <w:color w:val="333333"/>
        </w:rPr>
        <w:t>For</w:t>
      </w:r>
      <w:proofErr w:type="gramEnd"/>
      <w:r w:rsidR="00712877" w:rsidRPr="00712877">
        <w:rPr>
          <w:color w:val="333333"/>
        </w:rPr>
        <w:t xml:space="preserve"> healthcare practitioners in fields other than podiatric medicine and surgery. This includes researchers or other practitioners with a professional or scientific interest relevant to the Society.</w:t>
      </w:r>
      <w:r w:rsidR="00712877">
        <w:rPr>
          <w:color w:val="333333"/>
        </w:rPr>
        <w:t xml:space="preserve"> </w:t>
      </w:r>
      <w:r w:rsidR="00712877" w:rsidRPr="00D00D73">
        <w:rPr>
          <w:i/>
          <w:iCs/>
          <w:color w:val="333333"/>
        </w:rPr>
        <w:t>N</w:t>
      </w:r>
      <w:r w:rsidRPr="00D00D73">
        <w:rPr>
          <w:i/>
          <w:iCs/>
          <w:color w:val="333333"/>
        </w:rPr>
        <w:t>on-voting.</w:t>
      </w:r>
    </w:p>
    <w:p w14:paraId="2D752374" w14:textId="5613A0A6" w:rsidR="00415F7D" w:rsidRDefault="00EA26EC" w:rsidP="00EA26EC">
      <w:pPr>
        <w:spacing w:after="40" w:line="240" w:lineRule="auto"/>
      </w:pPr>
      <w:r>
        <w:rPr>
          <w:i/>
          <w:color w:val="666666"/>
          <w:sz w:val="19"/>
        </w:rPr>
        <w:br/>
        <w:t>*</w:t>
      </w:r>
      <w:r w:rsidR="00451177">
        <w:rPr>
          <w:i/>
          <w:color w:val="666666"/>
          <w:sz w:val="19"/>
        </w:rPr>
        <w:t>Honorary Membership is conferred by the Board</w:t>
      </w:r>
      <w:r>
        <w:rPr>
          <w:i/>
          <w:color w:val="666666"/>
          <w:sz w:val="19"/>
        </w:rPr>
        <w:t xml:space="preserve"> and not </w:t>
      </w:r>
      <w:r w:rsidR="00451177">
        <w:rPr>
          <w:i/>
          <w:color w:val="666666"/>
          <w:sz w:val="19"/>
        </w:rPr>
        <w:t>appl</w:t>
      </w:r>
      <w:r>
        <w:rPr>
          <w:i/>
          <w:color w:val="666666"/>
          <w:sz w:val="19"/>
        </w:rPr>
        <w:t xml:space="preserve">icable using </w:t>
      </w:r>
      <w:r w:rsidR="00451177">
        <w:rPr>
          <w:i/>
          <w:color w:val="666666"/>
          <w:sz w:val="19"/>
        </w:rPr>
        <w:t>this form.</w:t>
      </w:r>
    </w:p>
    <w:p w14:paraId="03D49027" w14:textId="77777777" w:rsidR="00EA26EC" w:rsidRPr="00EA26EC" w:rsidRDefault="00EA26EC">
      <w:pPr>
        <w:spacing w:before="100" w:after="60" w:line="240" w:lineRule="auto"/>
        <w:rPr>
          <w:b/>
          <w:color w:val="1F497D"/>
          <w:sz w:val="12"/>
          <w:szCs w:val="8"/>
        </w:rPr>
      </w:pPr>
    </w:p>
    <w:p w14:paraId="01DDE1C0" w14:textId="4A06D98B" w:rsidR="00415F7D" w:rsidRDefault="00451177">
      <w:pPr>
        <w:spacing w:before="100" w:after="60" w:line="240" w:lineRule="auto"/>
      </w:pPr>
      <w:r>
        <w:rPr>
          <w:b/>
          <w:color w:val="1F497D"/>
          <w:sz w:val="28"/>
        </w:rPr>
        <w:t>2. APPLICANT DETAILS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44"/>
        <w:gridCol w:w="6120"/>
      </w:tblGrid>
      <w:tr w:rsidR="00415F7D" w14:paraId="57A81ADE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2A369A" w14:textId="77777777" w:rsidR="00415F7D" w:rsidRDefault="00451177">
            <w:r>
              <w:rPr>
                <w:b/>
                <w:color w:val="FFFFFF"/>
              </w:rPr>
              <w:t>Title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93A160" w14:textId="77777777" w:rsidR="001C5BFF" w:rsidRDefault="00451177">
            <w:pPr>
              <w:rPr>
                <w:color w:val="333333"/>
              </w:rPr>
            </w:pPr>
            <w:r>
              <w:rPr>
                <w:color w:val="333333"/>
              </w:rPr>
              <w:t>Dr / Mr / Ms / Mrs / Mx / Other:</w:t>
            </w:r>
          </w:p>
          <w:p w14:paraId="39E9C81B" w14:textId="77777777" w:rsidR="001C5BFF" w:rsidRDefault="001C5BFF">
            <w:pPr>
              <w:rPr>
                <w:color w:val="333333"/>
              </w:rPr>
            </w:pPr>
          </w:p>
          <w:p w14:paraId="467D8019" w14:textId="471E4A7D" w:rsidR="00415F7D" w:rsidRDefault="00415F7D"/>
        </w:tc>
      </w:tr>
      <w:tr w:rsidR="00415F7D" w14:paraId="50323D7B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1BA40B" w14:textId="77777777" w:rsidR="00415F7D" w:rsidRDefault="00451177">
            <w:r>
              <w:rPr>
                <w:b/>
                <w:color w:val="FFFFFF"/>
              </w:rPr>
              <w:t>Full name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711B54" w14:textId="10B3F323" w:rsidR="001C5BFF" w:rsidRDefault="001C5BFF"/>
        </w:tc>
      </w:tr>
      <w:tr w:rsidR="00415F7D" w14:paraId="5234BB4F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6D7AF7" w14:textId="77777777" w:rsidR="00415F7D" w:rsidRDefault="00451177">
            <w:r>
              <w:rPr>
                <w:b/>
                <w:color w:val="FFFFFF"/>
              </w:rPr>
              <w:t>Postal address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13230F" w14:textId="17EE5433" w:rsidR="001C5BFF" w:rsidRDefault="00EA26EC">
            <w:r>
              <w:t>*</w:t>
            </w:r>
            <w:proofErr w:type="gramStart"/>
            <w:r>
              <w:t>optional</w:t>
            </w:r>
            <w:proofErr w:type="gramEnd"/>
          </w:p>
        </w:tc>
      </w:tr>
      <w:tr w:rsidR="00415F7D" w14:paraId="3D756445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029CC4" w14:textId="77777777" w:rsidR="00415F7D" w:rsidRDefault="00451177">
            <w:r>
              <w:rPr>
                <w:b/>
                <w:color w:val="FFFFFF"/>
              </w:rPr>
              <w:t>Email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44E798" w14:textId="54B2DC55" w:rsidR="001C5BFF" w:rsidRDefault="001C5BFF"/>
        </w:tc>
      </w:tr>
      <w:tr w:rsidR="00415F7D" w14:paraId="2BF7543A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9491CB" w14:textId="77777777" w:rsidR="00415F7D" w:rsidRDefault="00451177">
            <w:r>
              <w:rPr>
                <w:b/>
                <w:color w:val="FFFFFF"/>
              </w:rPr>
              <w:t>Telephone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A9F3B5" w14:textId="6DF601F2" w:rsidR="001C5BFF" w:rsidRDefault="001C5BFF"/>
        </w:tc>
      </w:tr>
    </w:tbl>
    <w:p w14:paraId="35348518" w14:textId="77777777" w:rsidR="00EE47B4" w:rsidRDefault="00EE47B4" w:rsidP="00EE47B4">
      <w:pPr>
        <w:spacing w:before="100" w:after="60" w:line="240" w:lineRule="auto"/>
      </w:pPr>
      <w:r>
        <w:rPr>
          <w:b/>
          <w:color w:val="1F497D"/>
          <w:sz w:val="28"/>
        </w:rPr>
        <w:t>3. PROFESSIONAL DETAILS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44"/>
        <w:gridCol w:w="6120"/>
      </w:tblGrid>
      <w:tr w:rsidR="00EE47B4" w14:paraId="0D22F6BE" w14:textId="77777777" w:rsidTr="00286E29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E2AC68" w14:textId="77777777" w:rsidR="00EE47B4" w:rsidRDefault="00EE47B4" w:rsidP="00286E29">
            <w:r>
              <w:rPr>
                <w:b/>
                <w:color w:val="FFFFFF"/>
              </w:rPr>
              <w:t>Primary profession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F3DAF0" w14:textId="77777777" w:rsidR="00EE47B4" w:rsidRDefault="00EE47B4" w:rsidP="00286E29"/>
        </w:tc>
      </w:tr>
      <w:tr w:rsidR="00EE47B4" w14:paraId="3D779FE6" w14:textId="77777777" w:rsidTr="00286E29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608A6D" w14:textId="77777777" w:rsidR="00EE47B4" w:rsidRDefault="00EE47B4" w:rsidP="00286E29">
            <w:r>
              <w:rPr>
                <w:b/>
                <w:color w:val="FFFFFF"/>
              </w:rPr>
              <w:t>Current role / position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1B617C" w14:textId="77777777" w:rsidR="00EE47B4" w:rsidRDefault="00EE47B4" w:rsidP="00286E29"/>
        </w:tc>
      </w:tr>
      <w:tr w:rsidR="00EE47B4" w14:paraId="06895CFD" w14:textId="77777777" w:rsidTr="00286E29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3E09D4" w14:textId="77777777" w:rsidR="00EE47B4" w:rsidRDefault="00EE47B4" w:rsidP="00286E29">
            <w:proofErr w:type="spellStart"/>
            <w:r>
              <w:rPr>
                <w:b/>
                <w:color w:val="FFFFFF"/>
              </w:rPr>
              <w:t>Organisation</w:t>
            </w:r>
            <w:proofErr w:type="spellEnd"/>
            <w:r>
              <w:rPr>
                <w:b/>
                <w:color w:val="FFFFFF"/>
              </w:rPr>
              <w:t xml:space="preserve"> / practice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33CE97" w14:textId="77777777" w:rsidR="00EE47B4" w:rsidRDefault="00EE47B4" w:rsidP="00286E29"/>
        </w:tc>
      </w:tr>
      <w:tr w:rsidR="00EE47B4" w14:paraId="1430C689" w14:textId="77777777" w:rsidTr="00286E29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C0F920" w14:textId="77777777" w:rsidR="00EE47B4" w:rsidRDefault="00EE47B4" w:rsidP="00286E29">
            <w:proofErr w:type="spellStart"/>
            <w:r>
              <w:rPr>
                <w:b/>
                <w:color w:val="FFFFFF"/>
              </w:rPr>
              <w:t>Ahpra</w:t>
            </w:r>
            <w:proofErr w:type="spellEnd"/>
            <w:r>
              <w:rPr>
                <w:b/>
                <w:color w:val="FFFFFF"/>
              </w:rPr>
              <w:t xml:space="preserve"> registration no.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804055" w14:textId="77777777" w:rsidR="00EE47B4" w:rsidRDefault="00EE47B4" w:rsidP="00286E29"/>
        </w:tc>
      </w:tr>
      <w:tr w:rsidR="00EE47B4" w14:paraId="1DE1EB37" w14:textId="77777777" w:rsidTr="00286E29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3D3E74" w14:textId="77777777" w:rsidR="00EE47B4" w:rsidRDefault="00EE47B4" w:rsidP="00286E29">
            <w:r>
              <w:rPr>
                <w:b/>
                <w:color w:val="FFFFFF"/>
              </w:rPr>
              <w:t>Specialist registration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258166" w14:textId="2D20D9E8" w:rsidR="00EE47B4" w:rsidRDefault="00EE47B4" w:rsidP="00EA26EC">
            <w:r>
              <w:rPr>
                <w:color w:val="333333"/>
              </w:rPr>
              <w:t>If applicable:</w:t>
            </w:r>
          </w:p>
        </w:tc>
      </w:tr>
    </w:tbl>
    <w:p w14:paraId="7F09698E" w14:textId="77777777" w:rsidR="00EE47B4" w:rsidRDefault="00EE47B4" w:rsidP="00EE47B4">
      <w:r>
        <w:br w:type="page"/>
      </w:r>
    </w:p>
    <w:p w14:paraId="0820BD97" w14:textId="79BE968F" w:rsidR="00415F7D" w:rsidRDefault="00415F7D" w:rsidP="00D00D73"/>
    <w:p w14:paraId="2DA0F317" w14:textId="36882113" w:rsidR="00415F7D" w:rsidRDefault="00415F7D">
      <w:pPr>
        <w:spacing w:after="40" w:line="240" w:lineRule="auto"/>
        <w:jc w:val="center"/>
      </w:pPr>
    </w:p>
    <w:p w14:paraId="4619DF0F" w14:textId="4D7EB12E" w:rsidR="00D00D73" w:rsidRDefault="00451177" w:rsidP="00E94110">
      <w:pPr>
        <w:spacing w:after="100" w:line="240" w:lineRule="auto"/>
        <w:rPr>
          <w:b/>
          <w:color w:val="1F497D"/>
          <w:sz w:val="24"/>
        </w:rPr>
      </w:pPr>
      <w:r>
        <w:rPr>
          <w:b/>
          <w:color w:val="1F497D"/>
          <w:sz w:val="24"/>
        </w:rPr>
        <w:t>MEMBERSHIP APPLICATION</w:t>
      </w:r>
      <w:r w:rsidR="00D00D73">
        <w:rPr>
          <w:b/>
          <w:color w:val="1F497D"/>
          <w:sz w:val="24"/>
        </w:rPr>
        <w:t xml:space="preserve"> (cont.)</w:t>
      </w:r>
    </w:p>
    <w:p w14:paraId="520C3659" w14:textId="77777777" w:rsidR="00E94110" w:rsidRPr="00E94110" w:rsidRDefault="00E94110" w:rsidP="00E94110">
      <w:pPr>
        <w:spacing w:after="100" w:line="240" w:lineRule="auto"/>
        <w:rPr>
          <w:b/>
          <w:color w:val="1F497D"/>
          <w:sz w:val="24"/>
        </w:rPr>
      </w:pPr>
    </w:p>
    <w:p w14:paraId="4C0E395E" w14:textId="4706AD98" w:rsidR="00415F7D" w:rsidRDefault="00E94110">
      <w:pPr>
        <w:spacing w:before="100" w:after="60" w:line="240" w:lineRule="auto"/>
      </w:pPr>
      <w:r>
        <w:rPr>
          <w:b/>
          <w:color w:val="1F497D"/>
          <w:sz w:val="28"/>
        </w:rPr>
        <w:t>4</w:t>
      </w:r>
      <w:r w:rsidR="00451177">
        <w:rPr>
          <w:b/>
          <w:color w:val="1F497D"/>
          <w:sz w:val="28"/>
        </w:rPr>
        <w:t>. REGISTRATION / PROFESSIONAL STANDING</w:t>
      </w:r>
    </w:p>
    <w:p w14:paraId="58BB9853" w14:textId="77777777" w:rsidR="00415F7D" w:rsidRDefault="00451177">
      <w:pPr>
        <w:spacing w:after="40" w:line="259" w:lineRule="auto"/>
      </w:pPr>
      <w:r>
        <w:rPr>
          <w:color w:val="333333"/>
          <w:sz w:val="20"/>
        </w:rPr>
        <w:t>Are there any current conditions, restrictions or other matters affecting your professional registration that are relevant to this application?</w:t>
      </w:r>
    </w:p>
    <w:p w14:paraId="2FCF8570" w14:textId="77777777" w:rsidR="00415F7D" w:rsidRDefault="00451177">
      <w:pPr>
        <w:spacing w:after="20" w:line="252" w:lineRule="auto"/>
      </w:pPr>
      <w:r>
        <w:rPr>
          <w:color w:val="000000"/>
        </w:rPr>
        <w:t xml:space="preserve">☐ </w:t>
      </w:r>
      <w:r>
        <w:rPr>
          <w:color w:val="333333"/>
        </w:rPr>
        <w:t>No</w:t>
      </w:r>
    </w:p>
    <w:p w14:paraId="473EF8FF" w14:textId="77777777" w:rsidR="00415F7D" w:rsidRDefault="00451177">
      <w:pPr>
        <w:spacing w:after="20" w:line="252" w:lineRule="auto"/>
      </w:pPr>
      <w:r>
        <w:rPr>
          <w:color w:val="000000"/>
        </w:rPr>
        <w:t xml:space="preserve">☐ </w:t>
      </w:r>
      <w:r>
        <w:rPr>
          <w:color w:val="333333"/>
        </w:rPr>
        <w:t>Yes — if yes, please attach a brief explanation.</w:t>
      </w:r>
    </w:p>
    <w:p w14:paraId="55E32A46" w14:textId="04FA4D57" w:rsidR="00415F7D" w:rsidRDefault="00E94110">
      <w:pPr>
        <w:spacing w:before="100" w:after="60" w:line="240" w:lineRule="auto"/>
      </w:pPr>
      <w:r>
        <w:rPr>
          <w:b/>
          <w:color w:val="1F497D"/>
          <w:sz w:val="28"/>
        </w:rPr>
        <w:t>5</w:t>
      </w:r>
      <w:r w:rsidR="00451177">
        <w:rPr>
          <w:b/>
          <w:color w:val="1F497D"/>
          <w:sz w:val="28"/>
        </w:rPr>
        <w:t>. SUPPORTING INFORMATION</w:t>
      </w:r>
    </w:p>
    <w:p w14:paraId="06D99EE4" w14:textId="77777777" w:rsidR="00415F7D" w:rsidRDefault="00451177">
      <w:pPr>
        <w:spacing w:after="20" w:line="252" w:lineRule="auto"/>
      </w:pPr>
      <w:r>
        <w:rPr>
          <w:color w:val="000000"/>
        </w:rPr>
        <w:t xml:space="preserve">☐ </w:t>
      </w:r>
      <w:r>
        <w:rPr>
          <w:color w:val="333333"/>
        </w:rPr>
        <w:t>Evidence of current specialist registration in podiatric surgery (Full Membership only)</w:t>
      </w:r>
    </w:p>
    <w:p w14:paraId="65B15409" w14:textId="77777777" w:rsidR="00415F7D" w:rsidRDefault="00451177">
      <w:pPr>
        <w:spacing w:after="20" w:line="252" w:lineRule="auto"/>
      </w:pPr>
      <w:r>
        <w:rPr>
          <w:color w:val="000000"/>
        </w:rPr>
        <w:t xml:space="preserve">☐ </w:t>
      </w:r>
      <w:r>
        <w:rPr>
          <w:color w:val="333333"/>
        </w:rPr>
        <w:t>Other evidence of eligibility, if requested by the Society</w:t>
      </w:r>
    </w:p>
    <w:p w14:paraId="5EF1DAD9" w14:textId="1175C84B" w:rsidR="00415F7D" w:rsidRDefault="00451177">
      <w:pPr>
        <w:spacing w:before="100" w:after="60" w:line="240" w:lineRule="auto"/>
      </w:pPr>
      <w:r>
        <w:rPr>
          <w:b/>
          <w:color w:val="1F497D"/>
          <w:sz w:val="28"/>
        </w:rPr>
        <w:t>. DECLARATION</w:t>
      </w:r>
    </w:p>
    <w:p w14:paraId="78E44BB4" w14:textId="22791CEA" w:rsidR="00415F7D" w:rsidRDefault="00451177" w:rsidP="00E94110">
      <w:pPr>
        <w:spacing w:after="40" w:line="259" w:lineRule="auto"/>
      </w:pPr>
      <w:r>
        <w:rPr>
          <w:b/>
          <w:color w:val="333333"/>
        </w:rPr>
        <w:t>By signing this application, I confirm that:</w:t>
      </w:r>
    </w:p>
    <w:p w14:paraId="69392004" w14:textId="6BF3AFF8" w:rsidR="00415F7D" w:rsidRDefault="00451177">
      <w:pPr>
        <w:spacing w:after="20" w:line="252" w:lineRule="auto"/>
        <w:ind w:left="115"/>
      </w:pPr>
      <w:r>
        <w:rPr>
          <w:color w:val="000000"/>
        </w:rPr>
        <w:t xml:space="preserve">☐ </w:t>
      </w:r>
      <w:r>
        <w:rPr>
          <w:color w:val="333333"/>
        </w:rPr>
        <w:t>I agree to comply with its Constitution, Code of Conduct and Professional Standards, and applicable policies.</w:t>
      </w:r>
    </w:p>
    <w:p w14:paraId="4F8E1B62" w14:textId="77777777" w:rsidR="00415F7D" w:rsidRDefault="00451177">
      <w:pPr>
        <w:spacing w:after="20" w:line="252" w:lineRule="auto"/>
        <w:ind w:left="115"/>
      </w:pPr>
      <w:r>
        <w:rPr>
          <w:color w:val="000000"/>
        </w:rPr>
        <w:t xml:space="preserve">☐ </w:t>
      </w:r>
      <w:r>
        <w:rPr>
          <w:color w:val="333333"/>
        </w:rPr>
        <w:t>I will accurately represent my registration, qualifications and membership status.</w:t>
      </w:r>
    </w:p>
    <w:p w14:paraId="19BD67F4" w14:textId="2972D268" w:rsidR="00415F7D" w:rsidRDefault="00451177">
      <w:pPr>
        <w:spacing w:after="20" w:line="252" w:lineRule="auto"/>
        <w:ind w:left="115"/>
      </w:pPr>
      <w:r>
        <w:rPr>
          <w:color w:val="000000"/>
        </w:rPr>
        <w:t xml:space="preserve">☐ </w:t>
      </w:r>
      <w:r>
        <w:rPr>
          <w:color w:val="333333"/>
        </w:rPr>
        <w:t>I understand that Society membership does not itself confer statutory specialist registration or authority to practi</w:t>
      </w:r>
      <w:r w:rsidR="00E94110">
        <w:rPr>
          <w:color w:val="333333"/>
        </w:rPr>
        <w:t>c</w:t>
      </w:r>
      <w:r>
        <w:rPr>
          <w:color w:val="333333"/>
        </w:rPr>
        <w:t>e.</w:t>
      </w:r>
    </w:p>
    <w:p w14:paraId="1249BDF5" w14:textId="77777777" w:rsidR="00415F7D" w:rsidRDefault="00451177">
      <w:pPr>
        <w:spacing w:after="20" w:line="252" w:lineRule="auto"/>
        <w:ind w:left="115"/>
      </w:pPr>
      <w:r>
        <w:rPr>
          <w:color w:val="000000"/>
        </w:rPr>
        <w:t xml:space="preserve">☐ </w:t>
      </w:r>
      <w:r>
        <w:rPr>
          <w:color w:val="333333"/>
        </w:rPr>
        <w:t>I will notify the Society of material changes relevant to my membership eligibility or contact details.</w:t>
      </w:r>
    </w:p>
    <w:p w14:paraId="0BA8DB42" w14:textId="77777777" w:rsidR="00415F7D" w:rsidRDefault="00451177">
      <w:pPr>
        <w:spacing w:before="100" w:after="60" w:line="240" w:lineRule="auto"/>
      </w:pPr>
      <w:r>
        <w:rPr>
          <w:b/>
          <w:color w:val="1F497D"/>
          <w:sz w:val="28"/>
        </w:rPr>
        <w:t>9. PRIVACY AND COMMUNICATIONS</w:t>
      </w:r>
    </w:p>
    <w:p w14:paraId="67F020C1" w14:textId="77777777" w:rsidR="00415F7D" w:rsidRDefault="00451177">
      <w:pPr>
        <w:spacing w:after="40" w:line="259" w:lineRule="auto"/>
      </w:pPr>
      <w:r>
        <w:rPr>
          <w:color w:val="333333"/>
          <w:sz w:val="20"/>
        </w:rPr>
        <w:t>The Society will use the information in this form for membership administration, eligibility assessment, maintenance of the member register and Society communications, in accordance with applicable privacy requirements.</w:t>
      </w:r>
    </w:p>
    <w:p w14:paraId="02258BA5" w14:textId="77777777" w:rsidR="00415F7D" w:rsidRPr="00E94110" w:rsidRDefault="00451177">
      <w:pPr>
        <w:spacing w:after="20" w:line="252" w:lineRule="auto"/>
        <w:rPr>
          <w:b/>
          <w:bCs/>
          <w:sz w:val="22"/>
          <w:szCs w:val="24"/>
        </w:rPr>
      </w:pPr>
      <w:r w:rsidRPr="00E94110">
        <w:rPr>
          <w:b/>
          <w:bCs/>
          <w:color w:val="000000"/>
          <w:sz w:val="22"/>
          <w:szCs w:val="24"/>
        </w:rPr>
        <w:t xml:space="preserve">☐ </w:t>
      </w:r>
      <w:r w:rsidRPr="00E94110">
        <w:rPr>
          <w:b/>
          <w:bCs/>
          <w:color w:val="333333"/>
          <w:sz w:val="22"/>
          <w:szCs w:val="24"/>
        </w:rPr>
        <w:t>I agree to receive Society membership, governance, education, CPD and event communications electronically.</w:t>
      </w:r>
    </w:p>
    <w:p w14:paraId="756AF242" w14:textId="77777777" w:rsidR="00415F7D" w:rsidRDefault="00451177">
      <w:pPr>
        <w:spacing w:before="100" w:after="60" w:line="240" w:lineRule="auto"/>
      </w:pPr>
      <w:r>
        <w:rPr>
          <w:b/>
          <w:color w:val="1F497D"/>
          <w:sz w:val="28"/>
        </w:rPr>
        <w:t>10. APPLICANT SIGNATURE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44"/>
        <w:gridCol w:w="6120"/>
      </w:tblGrid>
      <w:tr w:rsidR="00415F7D" w14:paraId="0EDE39AD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DCCC76" w14:textId="77777777" w:rsidR="00415F7D" w:rsidRDefault="00451177">
            <w:r>
              <w:rPr>
                <w:b/>
                <w:color w:val="FFFFFF"/>
              </w:rPr>
              <w:t>Applicant name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9C8670" w14:textId="5CC4F6FB" w:rsidR="00415F7D" w:rsidRDefault="00415F7D"/>
        </w:tc>
      </w:tr>
      <w:tr w:rsidR="00415F7D" w14:paraId="14C7B865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576428" w14:textId="77777777" w:rsidR="00415F7D" w:rsidRDefault="00451177">
            <w:r>
              <w:rPr>
                <w:b/>
                <w:color w:val="FFFFFF"/>
              </w:rPr>
              <w:t>Signature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191612" w14:textId="77777777" w:rsidR="00415F7D" w:rsidRDefault="00415F7D"/>
          <w:p w14:paraId="79AA4937" w14:textId="11797AEB" w:rsidR="00E94110" w:rsidRDefault="00E94110"/>
        </w:tc>
      </w:tr>
      <w:tr w:rsidR="00415F7D" w14:paraId="75A71035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F9C672" w14:textId="77777777" w:rsidR="00415F7D" w:rsidRDefault="00451177">
            <w:r>
              <w:rPr>
                <w:b/>
                <w:color w:val="FFFFFF"/>
              </w:rPr>
              <w:t>Date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3ECF65" w14:textId="77777777" w:rsidR="00415F7D" w:rsidRDefault="00451177">
            <w:r>
              <w:rPr>
                <w:color w:val="333333"/>
              </w:rPr>
              <w:t>_______ / _______ / _______</w:t>
            </w:r>
          </w:p>
        </w:tc>
      </w:tr>
    </w:tbl>
    <w:p w14:paraId="2525BC23" w14:textId="77777777" w:rsidR="00415F7D" w:rsidRDefault="00451177">
      <w:pPr>
        <w:spacing w:before="100" w:after="60" w:line="240" w:lineRule="auto"/>
      </w:pPr>
      <w:r>
        <w:rPr>
          <w:b/>
          <w:color w:val="1F497D"/>
          <w:sz w:val="28"/>
        </w:rPr>
        <w:t>11. SOCIETY USE ONLY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44"/>
        <w:gridCol w:w="6120"/>
      </w:tblGrid>
      <w:tr w:rsidR="00415F7D" w14:paraId="14522C7E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AF605C" w14:textId="77777777" w:rsidR="00415F7D" w:rsidRDefault="00451177">
            <w:r>
              <w:rPr>
                <w:b/>
                <w:color w:val="FFFFFF"/>
              </w:rPr>
              <w:t>Membership category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10747F" w14:textId="470F4EA4" w:rsidR="00415F7D" w:rsidRDefault="00451177">
            <w:r>
              <w:rPr>
                <w:color w:val="333333"/>
              </w:rPr>
              <w:t>☐ Full     ☐ Affiliate</w:t>
            </w:r>
          </w:p>
        </w:tc>
      </w:tr>
      <w:tr w:rsidR="00415F7D" w14:paraId="14B9B1B5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819705" w14:textId="77777777" w:rsidR="00415F7D" w:rsidRDefault="00451177">
            <w:r>
              <w:rPr>
                <w:b/>
                <w:color w:val="FFFFFF"/>
              </w:rPr>
              <w:t>Decision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8B6BF7" w14:textId="77777777" w:rsidR="00415F7D" w:rsidRDefault="00451177">
            <w:r>
              <w:rPr>
                <w:color w:val="333333"/>
              </w:rPr>
              <w:t>☐ Approved     ☐ Declined     ☐ Further information required</w:t>
            </w:r>
          </w:p>
        </w:tc>
      </w:tr>
      <w:tr w:rsidR="00415F7D" w14:paraId="3F3C8D0D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E33177" w14:textId="77777777" w:rsidR="00415F7D" w:rsidRDefault="00451177">
            <w:r>
              <w:rPr>
                <w:b/>
                <w:color w:val="FFFFFF"/>
              </w:rPr>
              <w:t>Membership no.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ED6B5C" w14:textId="3994861D" w:rsidR="00415F7D" w:rsidRDefault="00415F7D"/>
        </w:tc>
      </w:tr>
      <w:tr w:rsidR="00415F7D" w14:paraId="34463C1C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FC0364" w14:textId="77777777" w:rsidR="00415F7D" w:rsidRDefault="00451177">
            <w:r>
              <w:rPr>
                <w:b/>
                <w:color w:val="FFFFFF"/>
              </w:rPr>
              <w:t>Authorised by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1ADABC" w14:textId="0BD18780" w:rsidR="00415F7D" w:rsidRDefault="00415F7D"/>
        </w:tc>
      </w:tr>
      <w:tr w:rsidR="00415F7D" w14:paraId="4F0D4708" w14:textId="77777777">
        <w:tc>
          <w:tcPr>
            <w:tcW w:w="3744" w:type="dxa"/>
            <w:shd w:val="clear" w:color="auto" w:fill="1F497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7CC189" w14:textId="77777777" w:rsidR="00415F7D" w:rsidRDefault="00451177">
            <w:r>
              <w:rPr>
                <w:b/>
                <w:color w:val="FFFFFF"/>
              </w:rPr>
              <w:t>Date</w:t>
            </w:r>
          </w:p>
        </w:tc>
        <w:tc>
          <w:tcPr>
            <w:tcW w:w="61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196390" w14:textId="77777777" w:rsidR="00415F7D" w:rsidRDefault="00451177">
            <w:r>
              <w:rPr>
                <w:color w:val="333333"/>
              </w:rPr>
              <w:t>_______ / _______ / _______</w:t>
            </w:r>
          </w:p>
        </w:tc>
      </w:tr>
    </w:tbl>
    <w:p w14:paraId="4B6ACED4" w14:textId="77777777" w:rsidR="00451177" w:rsidRDefault="00451177"/>
    <w:sectPr w:rsidR="00451177" w:rsidSect="00034616">
      <w:footerReference w:type="default" r:id="rId9"/>
      <w:pgSz w:w="12240" w:h="15840"/>
      <w:pgMar w:top="864" w:right="1080" w:bottom="720" w:left="108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55A4D" w14:textId="77777777" w:rsidR="00451177" w:rsidRDefault="00451177">
      <w:pPr>
        <w:spacing w:after="0" w:line="240" w:lineRule="auto"/>
      </w:pPr>
      <w:r>
        <w:separator/>
      </w:r>
    </w:p>
  </w:endnote>
  <w:endnote w:type="continuationSeparator" w:id="0">
    <w:p w14:paraId="0C768E8D" w14:textId="77777777" w:rsidR="00451177" w:rsidRDefault="0045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A7A9E" w14:textId="2A698499" w:rsidR="00415F7D" w:rsidRDefault="00451177">
    <w:pPr>
      <w:pStyle w:val="Footer"/>
      <w:jc w:val="center"/>
    </w:pPr>
    <w:r>
      <w:rPr>
        <w:color w:val="666666"/>
        <w:sz w:val="17"/>
      </w:rPr>
      <w:t xml:space="preserve">Australian Society of Podiatric Medicine and </w:t>
    </w:r>
    <w:proofErr w:type="gramStart"/>
    <w:r>
      <w:rPr>
        <w:color w:val="666666"/>
        <w:sz w:val="17"/>
      </w:rPr>
      <w:t>Surgery  •</w:t>
    </w:r>
    <w:proofErr w:type="gramEnd"/>
    <w:r>
      <w:rPr>
        <w:color w:val="666666"/>
        <w:sz w:val="17"/>
      </w:rPr>
      <w:t xml:space="preserve">  Membership Application</w:t>
    </w:r>
    <w:r w:rsidR="00D00D73">
      <w:rPr>
        <w:color w:val="666666"/>
        <w:sz w:val="17"/>
      </w:rPr>
      <w:t xml:space="preserve">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01F57" w14:textId="77777777" w:rsidR="00451177" w:rsidRDefault="00451177">
      <w:pPr>
        <w:spacing w:after="0" w:line="240" w:lineRule="auto"/>
      </w:pPr>
      <w:r>
        <w:separator/>
      </w:r>
    </w:p>
  </w:footnote>
  <w:footnote w:type="continuationSeparator" w:id="0">
    <w:p w14:paraId="585C134A" w14:textId="77777777" w:rsidR="00451177" w:rsidRDefault="004511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7442514">
    <w:abstractNumId w:val="8"/>
  </w:num>
  <w:num w:numId="2" w16cid:durableId="765003871">
    <w:abstractNumId w:val="6"/>
  </w:num>
  <w:num w:numId="3" w16cid:durableId="954949957">
    <w:abstractNumId w:val="5"/>
  </w:num>
  <w:num w:numId="4" w16cid:durableId="1335260235">
    <w:abstractNumId w:val="4"/>
  </w:num>
  <w:num w:numId="5" w16cid:durableId="1114011934">
    <w:abstractNumId w:val="7"/>
  </w:num>
  <w:num w:numId="6" w16cid:durableId="649290271">
    <w:abstractNumId w:val="3"/>
  </w:num>
  <w:num w:numId="7" w16cid:durableId="959605476">
    <w:abstractNumId w:val="2"/>
  </w:num>
  <w:num w:numId="8" w16cid:durableId="1404528903">
    <w:abstractNumId w:val="1"/>
  </w:num>
  <w:num w:numId="9" w16cid:durableId="193122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5BFF"/>
    <w:rsid w:val="002163DE"/>
    <w:rsid w:val="0029639D"/>
    <w:rsid w:val="002A7D7A"/>
    <w:rsid w:val="00326F90"/>
    <w:rsid w:val="00415F7D"/>
    <w:rsid w:val="00435240"/>
    <w:rsid w:val="00451177"/>
    <w:rsid w:val="004E1BAB"/>
    <w:rsid w:val="005337BA"/>
    <w:rsid w:val="00591F70"/>
    <w:rsid w:val="0066473E"/>
    <w:rsid w:val="00712877"/>
    <w:rsid w:val="009233B8"/>
    <w:rsid w:val="00AA1D8D"/>
    <w:rsid w:val="00B47730"/>
    <w:rsid w:val="00CB0664"/>
    <w:rsid w:val="00D00D73"/>
    <w:rsid w:val="00E94110"/>
    <w:rsid w:val="00EA26EC"/>
    <w:rsid w:val="00EE47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FAF121"/>
  <w14:defaultImageDpi w14:val="300"/>
  <w15:docId w15:val="{1875BC83-99C4-4FF7-8598-425ADC066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omar baarini</cp:lastModifiedBy>
  <cp:revision>2</cp:revision>
  <dcterms:created xsi:type="dcterms:W3CDTF">2026-10-11T04:19:00Z</dcterms:created>
  <dcterms:modified xsi:type="dcterms:W3CDTF">2026-10-11T04:19:00Z</dcterms:modified>
  <cp:category/>
</cp:coreProperties>
</file>